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Miniature Highland Cow Birthday Party Appearance Agreement</w:t>
      </w:r>
    </w:p>
    <w:p/>
    <w:p>
      <w:r>
        <w:t>Business Name: Cedar Tree Highlands</w:t>
      </w:r>
    </w:p>
    <w:p>
      <w:r>
        <w:t>Owners: Julie and Jason Yohe</w:t>
      </w:r>
    </w:p>
    <w:p>
      <w:r>
        <w:t>Contact Information: 717-818-2168</w:t>
      </w:r>
    </w:p>
    <w:p>
      <w:r>
        <w:br/>
        <w:t>Event Information</w:t>
      </w:r>
    </w:p>
    <w:tbl>
      <w:tblPr>
        <w:tblStyle w:val="TableGrid"/>
        <w:tblW w:type="auto" w:w="0"/>
        <w:tblLook w:firstColumn="1" w:firstRow="1" w:lastColumn="0" w:lastRow="0" w:noHBand="0" w:noVBand="1" w:val="04A0"/>
      </w:tblPr>
      <w:tblGrid>
        <w:gridCol w:w="4320"/>
        <w:gridCol w:w="4320"/>
      </w:tblGrid>
      <w:tr>
        <w:tc>
          <w:tcPr>
            <w:tcW w:type="dxa" w:w="4320"/>
          </w:tcPr>
          <w:p>
            <w:r>
              <w:t>Client Name</w:t>
            </w:r>
          </w:p>
        </w:tc>
        <w:tc>
          <w:tcPr>
            <w:tcW w:type="dxa" w:w="4320"/>
          </w:tcPr>
          <w:p>
            <w:r>
              <w:t>____________________________________</w:t>
            </w:r>
          </w:p>
        </w:tc>
      </w:tr>
      <w:tr>
        <w:tc>
          <w:tcPr>
            <w:tcW w:type="dxa" w:w="4320"/>
          </w:tcPr>
          <w:p>
            <w:r>
              <w:t>Phone/Email</w:t>
            </w:r>
          </w:p>
        </w:tc>
        <w:tc>
          <w:tcPr>
            <w:tcW w:type="dxa" w:w="4320"/>
          </w:tcPr>
          <w:p>
            <w:r>
              <w:t>____________________________________</w:t>
            </w:r>
          </w:p>
        </w:tc>
      </w:tr>
      <w:tr>
        <w:tc>
          <w:tcPr>
            <w:tcW w:type="dxa" w:w="4320"/>
          </w:tcPr>
          <w:p>
            <w:r>
              <w:t>Event Date</w:t>
            </w:r>
          </w:p>
        </w:tc>
        <w:tc>
          <w:tcPr>
            <w:tcW w:type="dxa" w:w="4320"/>
          </w:tcPr>
          <w:p>
            <w:r>
              <w:t>____________________________________</w:t>
            </w:r>
          </w:p>
        </w:tc>
      </w:tr>
      <w:tr>
        <w:tc>
          <w:tcPr>
            <w:tcW w:type="dxa" w:w="4320"/>
          </w:tcPr>
          <w:p>
            <w:r>
              <w:t>Event Address</w:t>
            </w:r>
          </w:p>
        </w:tc>
        <w:tc>
          <w:tcPr>
            <w:tcW w:type="dxa" w:w="4320"/>
          </w:tcPr>
          <w:p>
            <w:r>
              <w:t>____________________________________</w:t>
            </w:r>
          </w:p>
        </w:tc>
      </w:tr>
      <w:tr>
        <w:tc>
          <w:tcPr>
            <w:tcW w:type="dxa" w:w="4320"/>
          </w:tcPr>
          <w:p>
            <w:r>
              <w:t>Appearance Time</w:t>
            </w:r>
          </w:p>
        </w:tc>
        <w:tc>
          <w:tcPr>
            <w:tcW w:type="dxa" w:w="4320"/>
          </w:tcPr>
          <w:p>
            <w:r>
              <w:t>____________________________________</w:t>
            </w:r>
          </w:p>
        </w:tc>
      </w:tr>
      <w:tr>
        <w:tc>
          <w:tcPr>
            <w:tcW w:type="dxa" w:w="4320"/>
          </w:tcPr>
          <w:p>
            <w:r>
              <w:t>Age of Birthday Child</w:t>
            </w:r>
          </w:p>
        </w:tc>
        <w:tc>
          <w:tcPr>
            <w:tcW w:type="dxa" w:w="4320"/>
          </w:tcPr>
          <w:p>
            <w:r>
              <w:t>____________________________________</w:t>
            </w:r>
          </w:p>
        </w:tc>
      </w:tr>
      <w:tr>
        <w:tc>
          <w:tcPr>
            <w:tcW w:type="dxa" w:w="4320"/>
          </w:tcPr>
          <w:p>
            <w:r>
              <w:t>Birthday Child T-Shirt Size</w:t>
            </w:r>
          </w:p>
        </w:tc>
        <w:tc>
          <w:tcPr>
            <w:tcW w:type="dxa" w:w="4320"/>
          </w:tcPr>
          <w:p>
            <w:r>
              <w:t>____________________________________</w:t>
            </w:r>
          </w:p>
        </w:tc>
      </w:tr>
      <w:tr>
        <w:tc>
          <w:tcPr>
            <w:tcW w:type="dxa" w:w="4320"/>
          </w:tcPr>
          <w:p>
            <w:r>
              <w:t>Expected Number of Guests</w:t>
            </w:r>
          </w:p>
        </w:tc>
        <w:tc>
          <w:tcPr>
            <w:tcW w:type="dxa" w:w="4320"/>
          </w:tcPr>
          <w:p>
            <w:r>
              <w:t>____________________________________</w:t>
            </w:r>
          </w:p>
        </w:tc>
      </w:tr>
    </w:tbl>
    <w:p>
      <w:r>
        <w:t>Animal Name: Atlas</w:t>
      </w:r>
    </w:p>
    <w:p>
      <w:r>
        <w:br/>
        <w:t>Fees &amp; Payment</w:t>
      </w:r>
    </w:p>
    <w:p>
      <w:pPr>
        <w:pStyle w:val="ListBullet"/>
      </w:pPr>
      <w:r>
        <w:t>Appearance &amp; Petting Fee: $250.00</w:t>
      </w:r>
    </w:p>
    <w:p>
      <w:pPr>
        <w:pStyle w:val="ListBullet"/>
      </w:pPr>
      <w:r>
        <w:t>Optional Photo Package: Additional $25.00</w:t>
      </w:r>
    </w:p>
    <w:p>
      <w:pPr>
        <w:pStyle w:val="ListBullet"/>
      </w:pPr>
      <w:r>
        <w:t>Non-Refundable Deposit Due at Booking: $50.00</w:t>
      </w:r>
    </w:p>
    <w:p>
      <w:pPr>
        <w:pStyle w:val="ListBullet"/>
      </w:pPr>
      <w:r>
        <w:t>Remaining Balance Due on Event Date: $200.00 (plus optional photo package if selected)</w:t>
      </w:r>
    </w:p>
    <w:p>
      <w:pPr>
        <w:pStyle w:val="ListBullet"/>
      </w:pPr>
      <w:r>
        <w:t>A signed agreement and deposit are required to reserve the event date.</w:t>
      </w:r>
    </w:p>
    <w:p>
      <w:r>
        <w:br/>
        <w:t>Appearance Details</w:t>
      </w:r>
    </w:p>
    <w:p>
      <w:r>
        <w:t>The miniature Highland cow visit includes approximately 1 hour at the event location for supervised petting and interaction.</w:t>
      </w:r>
    </w:p>
    <w:p>
      <w:r>
        <w:t>If the client chooses the optional photo package, Cedar Tree Highlands will take photos during the event and send them electronically via email or text message.</w:t>
      </w:r>
    </w:p>
    <w:p>
      <w:r>
        <w:t>As a special keepsake, the birthday child will receive a complimentary Cedar Tree Highlands t-shirt to remember the visit.</w:t>
      </w:r>
    </w:p>
    <w:p>
      <w:r>
        <w:br/>
        <w:t>Client Responsibilities &amp; Rules</w:t>
      </w:r>
    </w:p>
    <w:p>
      <w:pPr>
        <w:pStyle w:val="ListNumber"/>
      </w:pPr>
      <w:r>
        <w:t>Children must be supervised by an adult at all times.</w:t>
      </w:r>
    </w:p>
    <w:p>
      <w:pPr>
        <w:pStyle w:val="ListNumber"/>
      </w:pPr>
      <w:r>
        <w:t>These are live animals and, while friendly and handled with care, animals can be unpredictable.</w:t>
      </w:r>
    </w:p>
    <w:p>
      <w:pPr>
        <w:pStyle w:val="ListNumber"/>
      </w:pPr>
      <w:r>
        <w:t>No riding, pulling, chasing, or rough handling of the animal.</w:t>
      </w:r>
    </w:p>
    <w:p>
      <w:pPr>
        <w:pStyle w:val="ListNumber"/>
      </w:pPr>
      <w:r>
        <w:t>Guests may only pet or interact with the animal as directed by the handler.</w:t>
      </w:r>
    </w:p>
    <w:p>
      <w:pPr>
        <w:pStyle w:val="ListNumber"/>
      </w:pPr>
      <w:r>
        <w:t>No feeding treats or food to the animal unless approved by the handler.</w:t>
      </w:r>
    </w:p>
    <w:p>
      <w:pPr>
        <w:pStyle w:val="ListNumber"/>
      </w:pPr>
      <w:r>
        <w:t>The handler reserves the right to stop any interaction deemed unsafe.</w:t>
      </w:r>
    </w:p>
    <w:p>
      <w:pPr>
        <w:pStyle w:val="ListNumber"/>
      </w:pPr>
      <w:r>
        <w:t>A safe, accessible area must be provided for the animal upon arrival.</w:t>
      </w:r>
    </w:p>
    <w:p>
      <w:pPr>
        <w:pStyle w:val="ListNumber"/>
      </w:pPr>
      <w:r>
        <w:t>In cases of dangerous weather or unsafe conditions, the appearance may be rescheduled at the discretion of the owner/handler.</w:t>
      </w:r>
    </w:p>
    <w:p>
      <w:pPr>
        <w:pStyle w:val="ListNumber"/>
      </w:pPr>
      <w:r>
        <w:t>The owner/handler is not responsible for injuries resulting from failure to follow instructions or rules.</w:t>
      </w:r>
    </w:p>
    <w:p>
      <w:r>
        <w:br/>
        <w:t>Cancellation Policy</w:t>
      </w:r>
    </w:p>
    <w:p>
      <w:pPr>
        <w:pStyle w:val="ListBullet"/>
      </w:pPr>
      <w:r>
        <w:t>The $50 deposit is non-refundable.</w:t>
      </w:r>
    </w:p>
    <w:p>
      <w:pPr>
        <w:pStyle w:val="ListBullet"/>
      </w:pPr>
      <w:r>
        <w:t>Cancellations made within ____ days of the event may still require partial or full payment unless otherwise agreed upon.</w:t>
      </w:r>
    </w:p>
    <w:p>
      <w:pPr>
        <w:pStyle w:val="ListBullet"/>
      </w:pPr>
      <w:r>
        <w:t>Weather-related rescheduling will be considered on a case-by-case basis.</w:t>
      </w:r>
    </w:p>
    <w:p>
      <w:r>
        <w:br/>
        <w:t>Liability Acknowledgment</w:t>
      </w:r>
    </w:p>
    <w:p>
      <w:r>
        <w:t>By signing below, the client acknowledges that interaction with animals involves inherent risks and that animals can be unpredictable. The client accepts responsibility for themselves, the birthday child, and all guests attending the event. The client agrees to supervise all children and guests and to follow all handler instructions and safety rules during the appearance. Cedar Tree Highlands, Julie and Jason Yohe, shall not be held liable for injuries, accidents, or damages resulting from failure to follow instructions or from unsafe behavior by guests or the event hosts.</w:t>
      </w:r>
    </w:p>
    <w:p>
      <w:r>
        <w:br/>
        <w:t>Signatures</w:t>
      </w:r>
    </w:p>
    <w:tbl>
      <w:tblPr>
        <w:tblStyle w:val="TableGrid"/>
        <w:tblW w:type="auto" w:w="0"/>
        <w:tblLook w:firstColumn="1" w:firstRow="1" w:lastColumn="0" w:lastRow="0" w:noHBand="0" w:noVBand="1" w:val="04A0"/>
      </w:tblPr>
      <w:tblGrid>
        <w:gridCol w:w="4320"/>
        <w:gridCol w:w="4320"/>
      </w:tblGrid>
      <w:tr>
        <w:tc>
          <w:tcPr>
            <w:tcW w:type="dxa" w:w="4320"/>
          </w:tcPr>
          <w:p>
            <w:r>
              <w:t>Client Signature</w:t>
            </w:r>
          </w:p>
        </w:tc>
        <w:tc>
          <w:tcPr>
            <w:tcW w:type="dxa" w:w="4320"/>
          </w:tcPr>
          <w:p>
            <w:r>
              <w:t>Date</w:t>
            </w:r>
          </w:p>
        </w:tc>
      </w:tr>
      <w:tr>
        <w:tc>
          <w:tcPr>
            <w:tcW w:type="dxa" w:w="4320"/>
          </w:tcPr>
          <w:p>
            <w:r>
              <w:t>Owner/Handler Signature</w:t>
            </w:r>
          </w:p>
        </w:tc>
        <w:tc>
          <w:tcPr>
            <w:tcW w:type="dxa" w:w="4320"/>
          </w:tcPr>
          <w:p>
            <w:r>
              <w:t>Date</w:t>
            </w:r>
          </w:p>
        </w:tc>
      </w:tr>
    </w:tbl>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